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Consumer Cancellation Notice</w:t>
      </w:r>
    </w:p>
    <w:p>
      <w:pPr>
        <w:spacing w:after="200"/>
      </w:pPr>
      <w:r>
        <w:t>Cancellation rights and 30-day refund guarantee</w:t>
        <w:br/>
        <w:t>Attachment to the Consumer Managed Services Agreement.</w:t>
      </w:r>
    </w:p>
    <w:p>
      <w:pPr>
        <w:spacing w:after="200"/>
      </w:pPr>
      <w:r>
        <w:t>Provider: Traci McMahan, doing business as Paso Robles Tech</w:t>
        <w:br/>
        <w:t>843 7th Street, Unit-C, Paso Robles, CA 93446</w:t>
        <w:br/>
        <w:t>support@pasoroblestech.com  |  805-238-9900</w:t>
      </w:r>
    </w:p>
    <w:p>
      <w:pPr>
        <w:spacing w:line="276" w:lineRule="auto" w:after="200"/>
      </w:pPr>
      <w:r>
        <w:t>Customer: __________________________  Agreement reference: ________________________</w:t>
        <w:br/>
        <w:t>Signed contract and notice received: __________  Five-business-day deadline: __________</w:t>
        <w:br/>
        <w:t>Initial service Activation: ______________  30-calendar-day guarantee deadline: __________</w:t>
        <w:br/>
        <w:t>If Activation has not occurred, Provider will confirm the Activation and guarantee dates in writing.</w:t>
      </w:r>
    </w:p>
    <w:p>
      <w:pPr>
        <w:pStyle w:val="Heading1"/>
      </w:pPr>
      <w:r>
        <w:t>Five business day right to cancel</w:t>
      </w:r>
    </w:p>
    <w:p>
      <w:r>
        <w:t xml:space="preserve">You, the buyer, have the right to cancel this contract within five business days. You may cancel by emailing, mailing, or delivering a written notice to the Provider at the Provider's place of business by midnight of the fifth business day after you received a signed and dated copy of the contract that includes this notice. Include your name, your address, and the date you received the signed copy of the contract and this notice. </w:t>
      </w:r>
    </w:p>
    <w:p>
      <w:r>
        <w:t>If you cancel, the Provider must return to you anything you paid within 10 days of receiving the notice of cancellation. For your part, you must make available to the Provider at your residence, in substantially as good condition as you received them, any goods delivered to you under this contract or sale. Or, you may, if you wish, comply with the Provider's instructions on how to return the goods at the Provider's expense and risk. If you do make the goods available to the Provider and the Provider does not pick them up within 20 days of the date of your notice of cancellation, you may keep them without any further obligation. If you fail to make the goods available to the Provider, or if you agree to return the goods to the Provider and fail to do so, then you remain liable for performance of all obligations under the contract.</w:t>
      </w:r>
    </w:p>
    <w:p>
      <w:pPr>
        <w:pStyle w:val="Heading1"/>
      </w:pPr>
      <w:r>
        <w:t>PR Tech 30 day full refund guarantee</w:t>
      </w:r>
    </w:p>
    <w:p>
      <w:r>
        <w:t>First-time customers may cancel initial managed-services enrollment within 30 calendar days beginning on the service Activation date in Provider’s written confirmation for a full refund of enrollment payments. This guarantee does not apply to renewals or returning customers who re-enroll. There are no activation or setup fees.</w:t>
      </w:r>
    </w:p>
    <w:p>
      <w:r>
        <w:t>No deductions apply for delivered enrollment services, staff time, or third-party licenses. No additional notice or paid notice period is required. Refunds will be issued within 10 days of cancellation notice, or sooner if required by law. Separately purchased hardware, repairs, migrations, and project work are outside this voluntary guarantee and governed by their separate terms; statutory cancellation and refund rights remain unaffected.</w:t>
      </w:r>
    </w:p>
    <w:p>
      <w:pPr>
        <w:pStyle w:val="Heading1"/>
      </w:pPr>
      <w:r>
        <w:t>How to cancel</w:t>
      </w:r>
    </w:p>
    <w:p>
      <w:r>
        <w:t>Email support@pasoroblestech.com, reply to a Provider ticket email, or mail or deliver written notice to the address above identifying you and the enrollment. An attached form is optional. Provider will coordinate shutdown, tool removal, and necessary data retrieval. No hardship showing is required during the guarantee.</w:t>
      </w:r>
    </w:p>
    <w:p>
      <w:pPr>
        <w:pStyle w:val="Heading1"/>
      </w:pPr>
      <w:r>
        <w:t>Cancellation periods and later cancellations</w:t>
      </w:r>
    </w:p>
    <w:p>
      <w:r>
        <w:t>The five-business-day period is tied to the contract and required notices; the 30-day guarantee starts at initial Activation. They are not added together, and neither shortens the other. Both override inconsistent agreement terms and preserve nonwaivable legal rights. After these periods expire, the term, notice, and hardship provisions explained on page 2 apply.</w:t>
      </w:r>
    </w:p>
    <w:p>
      <w:pPr>
        <w:keepNext/>
      </w:pPr>
      <w:r>
        <w:t>Receipt acknowledgment: I received this notice and two cancellation forms. My signature acknowledges receipt only and does not waive any cancellation right.</w:t>
      </w:r>
    </w:p>
    <w:p>
      <w:pPr>
        <w:keepNext/>
        <w:spacing w:before="360" w:after="40"/>
      </w:pPr>
      <w:r>
        <w:t>Buyer signature: __________________________________________  Date: ______________</w:t>
      </w:r>
    </w:p>
    <w:p>
      <w:pPr>
        <w:keepNext w:val="0"/>
        <w:spacing w:before="360" w:after="40"/>
      </w:pPr>
      <w:r>
        <w:t>Additional buyer signature: __________________________________________  Date: ______________</w:t>
      </w:r>
    </w:p>
    <w:p>
      <w:pPr>
        <w:pStyle w:val="Title"/>
        <w:keepNext/>
        <w:pageBreakBefore/>
        <w:spacing w:before="360" w:after="160"/>
      </w:pPr>
      <w:r>
        <w:t>Notice of Cancellation</w:t>
      </w:r>
    </w:p>
    <w:p>
      <w:r>
        <w:t>Copy 1 of 2 — Use this form only if you wish to cancel.</w:t>
      </w:r>
    </w:p>
    <w:p>
      <w:pPr>
        <w:spacing w:after="360"/>
      </w:pPr>
      <w:r>
        <w:t>Transaction date: __________________________________________________</w:t>
        <w:br/>
        <w:t>Customer name: __________________________________________________</w:t>
        <w:br/>
        <w:t>Service order or agreement reference: _________________________________</w:t>
      </w:r>
    </w:p>
    <w:p>
      <w:r>
        <w:t>You may cancel this transaction, without any penalty or obligation, within five business days from the above date.</w:t>
      </w:r>
    </w:p>
    <w:p>
      <w:r>
        <w:t>Telephone number to assist with locating and completing the Notice of Cancellation: 805-238-9900.</w:t>
      </w:r>
    </w:p>
    <w:p>
      <w:r>
        <w:t>If you cancel, any property traded in, any payments made by you under the contract or sale, and any negotiable instrument executed by you will be returned within 10 days following receipt by the seller of your cancellation notice, and any security interest arising out of the transaction will be canceled.</w:t>
      </w:r>
    </w:p>
    <w:p>
      <w:r>
        <w:t>If you cancel, you must make available to the seller at your residence, in substantially as good condition as when received, any goods delivered to you under this contract or sale, or you may, if you wish, comply with the instructions of the seller regarding the return shipment of the goods at the seller's expense and risk.</w:t>
      </w:r>
    </w:p>
    <w:p>
      <w:r>
        <w:t>If you do make the goods available to the seller and the seller does not pick them up within 20 days of the date of your notice of cancellation, you may retain or dispose of the goods without any further obligation. If you fail to make the goods available to the seller, or if you agree to return the goods to the seller and fail to do so, then you remain liable for performance of all obligations under the contract.</w:t>
      </w:r>
    </w:p>
    <w:p>
      <w:r>
        <w:t>To cancel this transaction, email, mail, or deliver a signed and dated copy of this cancellation notice, or any other written notice, to:</w:t>
      </w:r>
    </w:p>
    <w:p>
      <w:r>
        <w:t>Traci McMahan, doing business as Paso Robles Tech</w:t>
        <w:br/>
        <w:t>843 7th Street, Unit-C, Paso Robles, CA 93446</w:t>
        <w:br/>
        <w:t>Email: support@pasoroblestech.com</w:t>
      </w:r>
    </w:p>
    <w:p>
      <w:r>
        <w:t>Not later than midnight of: _________________________________________</w:t>
      </w:r>
    </w:p>
    <w:p>
      <w:r>
        <w:t>I hereby cancel this transaction.</w:t>
      </w:r>
    </w:p>
    <w:p>
      <w:pPr>
        <w:spacing w:after="160"/>
      </w:pPr>
      <w:r>
        <w:t>Buyer signature: __________________________  Date: __________________</w:t>
        <w:br/>
        <w:t>Buyer address: __________________________________________________</w:t>
        <w:br/>
        <w:t>________________________________________________________________</w:t>
      </w:r>
    </w:p>
    <w:p>
      <w:pPr>
        <w:pStyle w:val="Heading1"/>
      </w:pPr>
      <w:r>
        <w:t>PR Tech 30 day guarantee</w:t>
      </w:r>
    </w:p>
    <w:p>
      <w:r>
        <w:t>First-time customers may also use this form to cancel initial managed-services enrollment within 30 calendar days after Activation for a full refund under this document’s guarantee. It does not apply to renewals or re-enrollment. The five-business-day deadline does not shorten the guarantee. No additional advance notice is required.</w:t>
      </w:r>
    </w:p>
    <w:p>
      <w:r>
        <w:t>Activation date: __________________ 30-day guarantee deadline: __________________</w:t>
      </w:r>
    </w:p>
    <w:p>
      <w:pPr>
        <w:pStyle w:val="Heading1"/>
      </w:pPr>
      <w:r>
        <w:t>After the cancellation periods expire</w:t>
      </w:r>
    </w:p>
    <w:p>
      <w:pPr/>
      <w:r>
        <w:t>After these periods expire, your selected monthly, quarterly, or annual term remains binding. Give at least 30 calendar days’ written notice to end service at the end of the term; notice alone does not release you from the remaining term or create a refund right. Late notice and renewal are governed by the agreement.</w:t>
      </w:r>
    </w:p>
    <w:p>
      <w:pPr/>
      <w:r>
        <w:t>Provider may approve a documented hardship exception using consistent criteria. Any approved hardship refund covers only whole unused prepaid months, not partial months, and the ordinary notice requirement applies. These limits do not restrict applicable legal rights or agreement remedies for Provider breach or Provider cancellation.</w:t>
      </w:r>
    </w:p>
    <w:p>
      <w:pPr>
        <w:pStyle w:val="Title"/>
        <w:keepNext/>
        <w:pageBreakBefore/>
        <w:spacing w:before="360" w:after="160"/>
      </w:pPr>
      <w:r>
        <w:t>Notice of Cancellation</w:t>
      </w:r>
    </w:p>
    <w:p>
      <w:r>
        <w:t>Copy 2 of 2 — Use this form only if you wish to cancel.</w:t>
      </w:r>
    </w:p>
    <w:p>
      <w:pPr>
        <w:spacing w:after="360"/>
      </w:pPr>
      <w:r>
        <w:t>Transaction date: __________________________________________________</w:t>
        <w:br/>
        <w:t>Customer name: __________________________________________________</w:t>
        <w:br/>
        <w:t>Service order or agreement reference: _________________________________</w:t>
      </w:r>
    </w:p>
    <w:p>
      <w:r>
        <w:t>You may cancel this transaction, without any penalty or obligation, within five business days from the above date.</w:t>
      </w:r>
    </w:p>
    <w:p>
      <w:r>
        <w:t>Telephone number to assist with locating and completing the Notice of Cancellation: 805-238-9900.</w:t>
      </w:r>
    </w:p>
    <w:p>
      <w:r>
        <w:t>If you cancel, any property traded in, any payments made by you under the contract or sale, and any negotiable instrument executed by you will be returned within 10 days following receipt by the seller of your cancellation notice, and any security interest arising out of the transaction will be canceled.</w:t>
      </w:r>
    </w:p>
    <w:p>
      <w:r>
        <w:t>If you cancel, you must make available to the seller at your residence, in substantially as good condition as when received, any goods delivered to you under this contract or sale, or you may, if you wish, comply with the instructions of the seller regarding the return shipment of the goods at the seller's expense and risk.</w:t>
      </w:r>
    </w:p>
    <w:p>
      <w:r>
        <w:t>If you do make the goods available to the seller and the seller does not pick them up within 20 days of the date of your notice of cancellation, you may retain or dispose of the goods without any further obligation. If you fail to make the goods available to the seller, or if you agree to return the goods to the seller and fail to do so, then you remain liable for performance of all obligations under the contract.</w:t>
      </w:r>
    </w:p>
    <w:p>
      <w:r>
        <w:t>To cancel this transaction, email, mail, or deliver a signed and dated copy of this cancellation notice, or any other written notice, to:</w:t>
      </w:r>
    </w:p>
    <w:p>
      <w:r>
        <w:t>Traci McMahan, doing business as Paso Robles Tech</w:t>
        <w:br/>
        <w:t>843 7th Street, Unit-C, Paso Robles, CA 93446</w:t>
        <w:br/>
        <w:t>Email: support@pasoroblestech.com</w:t>
      </w:r>
    </w:p>
    <w:p>
      <w:r>
        <w:t>Not later than midnight of: _________________________________________</w:t>
      </w:r>
    </w:p>
    <w:p>
      <w:r>
        <w:t>I hereby cancel this transaction.</w:t>
      </w:r>
    </w:p>
    <w:p>
      <w:pPr>
        <w:spacing w:after="160"/>
      </w:pPr>
      <w:r>
        <w:t>Buyer signature: __________________________  Date: __________________</w:t>
        <w:br/>
        <w:t>Buyer address: __________________________________________________</w:t>
        <w:br/>
        <w:t>________________________________________________________________</w:t>
      </w:r>
    </w:p>
    <w:p>
      <w:pPr>
        <w:pStyle w:val="Heading1"/>
      </w:pPr>
      <w:r>
        <w:t>PR Tech 30 day guarantee</w:t>
      </w:r>
    </w:p>
    <w:p>
      <w:r>
        <w:t>First-time customers may also use this form to cancel initial managed-services enrollment within 30 calendar days after Activation for a full refund under this document’s guarantee. It does not apply to renewals or re-enrollment. The five-business-day deadline does not shorten the guarantee. No additional advance notice is required.</w:t>
      </w:r>
    </w:p>
    <w:p>
      <w:r>
        <w:t>Activation date: __________________ 30-day guarantee deadline: __________________</w:t>
      </w:r>
    </w:p>
    <w:sectPr w:rsidR="00FC693F" w:rsidRPr="0006063C" w:rsidSect="00034616">
      <w:headerReference w:type="default" r:id="rId9"/>
      <w:footerReference w:type="default" r:id="rId10"/>
      <w:pgSz w:w="12240" w:h="15840"/>
      <w:pgMar w:top="792" w:right="936" w:bottom="792" w:left="936" w:header="317"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PASO ROBLES TECH  |  Published October 26,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before="0" w:line="24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00" w:line="240" w:lineRule="auto"/>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0" w:after="80" w:line="240" w:lineRule="auto"/>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